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92C07" w14:textId="2B48C397" w:rsidR="0042773E" w:rsidRPr="000F05AF" w:rsidRDefault="000F05AF" w:rsidP="000F05AF">
      <w:pPr>
        <w:spacing w:after="0"/>
        <w:rPr>
          <w:lang w:val="es-ES"/>
        </w:rPr>
      </w:pPr>
      <w:r>
        <w:rPr>
          <w:rStyle w:val="Ninguno"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6A5557C" wp14:editId="1FCD4B8B">
                <wp:simplePos x="0" y="0"/>
                <wp:positionH relativeFrom="column">
                  <wp:posOffset>0</wp:posOffset>
                </wp:positionH>
                <wp:positionV relativeFrom="line">
                  <wp:posOffset>0</wp:posOffset>
                </wp:positionV>
                <wp:extent cx="1257300" cy="678180"/>
                <wp:effectExtent l="0" t="0" r="0" b="762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678180"/>
                          <a:chOff x="0" y="0"/>
                          <a:chExt cx="2031364" cy="1136014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031365" cy="1136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13601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186E1F" id="officeArt object" o:spid="_x0000_s1026" style="position:absolute;margin-left:0;margin-top:0;width:99pt;height:53.4pt;z-index:-251657216;mso-wrap-distance-left:0;mso-wrap-distance-right:0;mso-position-vertical-relative:line;mso-width-relative:margin;mso-height-relative:margin" coordsize="20313,11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">
                <v:rect id="Shape 1073741825" o:spid="_x0000_s1027" style="position:absolute;width:20313;height:1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.png" o:spid="_x0000_s1028" type="#_x0000_t75" style="position:absolute;width:20313;height:11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" strokeweight="1pt">
                  <v:stroke miterlimit="4"/>
                  <v:imagedata r:id="rId7" o:title=""/>
                </v:shape>
                <w10:wrap anchory="line"/>
              </v:group>
            </w:pict>
          </mc:Fallback>
        </mc:AlternateContent>
      </w:r>
      <w:r>
        <w:rPr>
          <w:b/>
          <w:sz w:val="40"/>
          <w:szCs w:val="28"/>
          <w:lang w:val="es-ES"/>
        </w:rPr>
        <w:t xml:space="preserve">                                         </w:t>
      </w:r>
      <w:r w:rsidRPr="000F05AF">
        <w:rPr>
          <w:b/>
          <w:sz w:val="40"/>
          <w:szCs w:val="28"/>
          <w:lang w:val="es-ES"/>
        </w:rPr>
        <w:t>AMPA</w:t>
      </w:r>
      <w:r w:rsidR="007C1CD5" w:rsidRPr="000F05AF">
        <w:rPr>
          <w:b/>
          <w:sz w:val="40"/>
          <w:szCs w:val="28"/>
          <w:lang w:val="es-ES"/>
        </w:rPr>
        <w:t xml:space="preserve"> SANCHÍS </w:t>
      </w:r>
      <w:r w:rsidRPr="000F05AF">
        <w:rPr>
          <w:b/>
          <w:sz w:val="40"/>
          <w:szCs w:val="28"/>
          <w:lang w:val="es-ES"/>
        </w:rPr>
        <w:t>ALMIÑANO</w:t>
      </w:r>
    </w:p>
    <w:p w14:paraId="33FB0287" w14:textId="25BE9A96" w:rsidR="0042773E" w:rsidRPr="000F05AF" w:rsidRDefault="005E4AD4" w:rsidP="005E4AD4">
      <w:pPr>
        <w:spacing w:after="80"/>
        <w:jc w:val="center"/>
        <w:rPr>
          <w:lang w:val="es-ES"/>
        </w:rPr>
      </w:pPr>
      <w:r>
        <w:rPr>
          <w:b/>
          <w:sz w:val="52"/>
          <w:szCs w:val="44"/>
          <w:lang w:val="es-ES"/>
        </w:rPr>
        <w:t xml:space="preserve">        </w:t>
      </w:r>
      <w:r>
        <w:rPr>
          <w:rStyle w:val="Ninguno"/>
          <w:b/>
          <w:bCs/>
          <w:sz w:val="38"/>
          <w:szCs w:val="38"/>
        </w:rPr>
        <w:t xml:space="preserve">INSCRIPCIÓN SOCIO </w:t>
      </w:r>
      <w:proofErr w:type="gramStart"/>
      <w:r>
        <w:rPr>
          <w:rStyle w:val="Ninguno"/>
          <w:b/>
          <w:bCs/>
          <w:sz w:val="38"/>
          <w:szCs w:val="38"/>
        </w:rPr>
        <w:t>AMPA</w:t>
      </w:r>
      <w:r>
        <w:rPr>
          <w:b/>
          <w:sz w:val="52"/>
          <w:szCs w:val="44"/>
          <w:lang w:val="es-ES"/>
        </w:rPr>
        <w:t xml:space="preserve">  </w:t>
      </w:r>
      <w:r w:rsidR="007C1CD5" w:rsidRPr="000F05AF">
        <w:rPr>
          <w:b/>
          <w:sz w:val="52"/>
          <w:szCs w:val="44"/>
          <w:lang w:val="es-ES"/>
        </w:rPr>
        <w:t>CURSO</w:t>
      </w:r>
      <w:proofErr w:type="gramEnd"/>
      <w:r w:rsidR="007C1CD5" w:rsidRPr="000F05AF">
        <w:rPr>
          <w:b/>
          <w:sz w:val="52"/>
          <w:szCs w:val="44"/>
          <w:lang w:val="es-ES"/>
        </w:rPr>
        <w:t xml:space="preserve"> 2026 / 2027</w:t>
      </w:r>
    </w:p>
    <w:tbl>
      <w:tblPr>
        <w:tblW w:w="0" w:type="auto"/>
        <w:jc w:val="center"/>
        <w:tblBorders>
          <w:top w:val="single" w:sz="8" w:space="0" w:color="B7C9E2"/>
          <w:left w:val="single" w:sz="8" w:space="0" w:color="B7C9E2"/>
          <w:bottom w:val="single" w:sz="8" w:space="0" w:color="B7C9E2"/>
          <w:right w:val="single" w:sz="8" w:space="0" w:color="B7C9E2"/>
          <w:insideH w:val="single" w:sz="8" w:space="0" w:color="B7C9E2"/>
          <w:insideV w:val="single" w:sz="8" w:space="0" w:color="B7C9E2"/>
        </w:tblBorders>
        <w:tblLook w:val="04A0" w:firstRow="1" w:lastRow="0" w:firstColumn="1" w:lastColumn="0" w:noHBand="0" w:noVBand="1"/>
      </w:tblPr>
      <w:tblGrid>
        <w:gridCol w:w="3777"/>
        <w:gridCol w:w="3777"/>
        <w:gridCol w:w="3777"/>
      </w:tblGrid>
      <w:tr w:rsidR="0042773E" w:rsidRPr="000F05AF" w14:paraId="4A057814" w14:textId="77777777">
        <w:trPr>
          <w:jc w:val="center"/>
        </w:trPr>
        <w:tc>
          <w:tcPr>
            <w:tcW w:w="3777" w:type="dxa"/>
            <w:shd w:val="clear" w:color="auto" w:fill="DCEAF7"/>
            <w:vAlign w:val="center"/>
          </w:tcPr>
          <w:p w14:paraId="3F9CC3CB" w14:textId="77777777" w:rsidR="0042773E" w:rsidRPr="000F05AF" w:rsidRDefault="007C1CD5">
            <w:pPr>
              <w:spacing w:after="0"/>
              <w:jc w:val="center"/>
              <w:rPr>
                <w:sz w:val="22"/>
                <w:szCs w:val="32"/>
              </w:rPr>
            </w:pPr>
            <w:r w:rsidRPr="000F05AF">
              <w:rPr>
                <w:b/>
                <w:sz w:val="40"/>
                <w:szCs w:val="32"/>
              </w:rPr>
              <w:t>20 €</w:t>
            </w:r>
          </w:p>
        </w:tc>
        <w:tc>
          <w:tcPr>
            <w:tcW w:w="3777" w:type="dxa"/>
            <w:shd w:val="clear" w:color="auto" w:fill="DCEAF7"/>
            <w:vAlign w:val="center"/>
          </w:tcPr>
          <w:p w14:paraId="7C1018E9" w14:textId="77777777" w:rsidR="0042773E" w:rsidRPr="000F05AF" w:rsidRDefault="007C1CD5">
            <w:pPr>
              <w:spacing w:after="0"/>
              <w:jc w:val="center"/>
              <w:rPr>
                <w:sz w:val="22"/>
                <w:szCs w:val="32"/>
              </w:rPr>
            </w:pPr>
            <w:r w:rsidRPr="000F05AF">
              <w:rPr>
                <w:b/>
                <w:sz w:val="24"/>
                <w:szCs w:val="32"/>
              </w:rPr>
              <w:t>POR FAMILIA</w:t>
            </w:r>
          </w:p>
        </w:tc>
        <w:tc>
          <w:tcPr>
            <w:tcW w:w="3777" w:type="dxa"/>
            <w:shd w:val="clear" w:color="auto" w:fill="DCEAF7"/>
            <w:vAlign w:val="center"/>
          </w:tcPr>
          <w:p w14:paraId="10989E81" w14:textId="77777777" w:rsidR="0042773E" w:rsidRPr="000F05AF" w:rsidRDefault="007C1CD5">
            <w:pPr>
              <w:spacing w:after="0"/>
              <w:jc w:val="center"/>
              <w:rPr>
                <w:sz w:val="22"/>
                <w:szCs w:val="32"/>
              </w:rPr>
            </w:pPr>
            <w:r w:rsidRPr="000F05AF">
              <w:rPr>
                <w:b/>
                <w:sz w:val="24"/>
                <w:szCs w:val="32"/>
              </w:rPr>
              <w:t>HASTA 31/10/2026</w:t>
            </w:r>
          </w:p>
        </w:tc>
      </w:tr>
    </w:tbl>
    <w:p w14:paraId="5249646B" w14:textId="649E3E47" w:rsidR="000F05AF" w:rsidRDefault="007C1CD5" w:rsidP="000F05AF">
      <w:pPr>
        <w:spacing w:before="80" w:after="40"/>
        <w:jc w:val="center"/>
        <w:rPr>
          <w:sz w:val="22"/>
          <w:szCs w:val="32"/>
          <w:lang w:val="es-ES"/>
        </w:rPr>
      </w:pPr>
      <w:r w:rsidRPr="000F05AF">
        <w:rPr>
          <w:b/>
          <w:sz w:val="22"/>
          <w:szCs w:val="32"/>
        </w:rPr>
        <w:t>🤝</w:t>
      </w:r>
      <w:r w:rsidRPr="000F05AF">
        <w:rPr>
          <w:b/>
          <w:sz w:val="22"/>
          <w:szCs w:val="32"/>
          <w:lang w:val="es-ES"/>
        </w:rPr>
        <w:t xml:space="preserve"> ¿POR QUÉ HACERTE SOCIO/A?</w:t>
      </w:r>
    </w:p>
    <w:p w14:paraId="0603A6BC" w14:textId="552021A2" w:rsidR="000F05AF" w:rsidRDefault="007C1CD5" w:rsidP="000F05AF">
      <w:pPr>
        <w:spacing w:before="80" w:after="40"/>
        <w:jc w:val="center"/>
        <w:rPr>
          <w:sz w:val="22"/>
          <w:szCs w:val="32"/>
          <w:lang w:val="es-ES"/>
        </w:rPr>
      </w:pPr>
      <w:r w:rsidRPr="000F05AF">
        <w:rPr>
          <w:sz w:val="22"/>
          <w:szCs w:val="32"/>
          <w:lang w:val="es-ES"/>
        </w:rPr>
        <w:t>El AMPA está formada por familias que participan y colaboran para mejorar la educación y la convivencia del colegio.</w:t>
      </w:r>
    </w:p>
    <w:p w14:paraId="4EDC8077" w14:textId="25C808BB" w:rsidR="0042773E" w:rsidRDefault="007C1CD5" w:rsidP="000F05AF">
      <w:pPr>
        <w:spacing w:before="80" w:after="40"/>
        <w:jc w:val="center"/>
        <w:rPr>
          <w:sz w:val="22"/>
          <w:szCs w:val="32"/>
          <w:lang w:val="es-ES"/>
        </w:rPr>
      </w:pPr>
      <w:r w:rsidRPr="000F05AF">
        <w:rPr>
          <w:sz w:val="22"/>
          <w:szCs w:val="32"/>
          <w:lang w:val="es-ES"/>
        </w:rPr>
        <w:t>La inscripción es voluntaria y anual.</w:t>
      </w:r>
    </w:p>
    <w:tbl>
      <w:tblPr>
        <w:tblW w:w="11771" w:type="dxa"/>
        <w:jc w:val="center"/>
        <w:tblBorders>
          <w:top w:val="single" w:sz="8" w:space="0" w:color="B7C9E2"/>
          <w:left w:val="single" w:sz="8" w:space="0" w:color="B7C9E2"/>
          <w:bottom w:val="single" w:sz="8" w:space="0" w:color="B7C9E2"/>
          <w:right w:val="single" w:sz="8" w:space="0" w:color="B7C9E2"/>
          <w:insideH w:val="single" w:sz="8" w:space="0" w:color="B7C9E2"/>
          <w:insideV w:val="single" w:sz="8" w:space="0" w:color="B7C9E2"/>
        </w:tblBorders>
        <w:tblLook w:val="04A0" w:firstRow="1" w:lastRow="0" w:firstColumn="1" w:lastColumn="0" w:noHBand="0" w:noVBand="1"/>
      </w:tblPr>
      <w:tblGrid>
        <w:gridCol w:w="5388"/>
        <w:gridCol w:w="6383"/>
      </w:tblGrid>
      <w:tr w:rsidR="000F05AF" w:rsidRPr="005E4AD4" w14:paraId="51FA1887" w14:textId="77777777" w:rsidTr="006C71B5">
        <w:trPr>
          <w:trHeight w:val="2999"/>
          <w:jc w:val="center"/>
        </w:trPr>
        <w:tc>
          <w:tcPr>
            <w:tcW w:w="5388" w:type="dxa"/>
            <w:shd w:val="clear" w:color="auto" w:fill="F3F7FB"/>
            <w:vAlign w:val="center"/>
          </w:tcPr>
          <w:p w14:paraId="5E1B4BD8" w14:textId="26B8A578" w:rsidR="000F05AF" w:rsidRPr="000F05AF" w:rsidRDefault="000F05AF" w:rsidP="00C83C6E">
            <w:pPr>
              <w:spacing w:after="0"/>
              <w:rPr>
                <w:sz w:val="22"/>
                <w:szCs w:val="32"/>
                <w:lang w:val="es-ES"/>
              </w:rPr>
            </w:pPr>
            <w:r w:rsidRPr="000F05AF">
              <w:rPr>
                <w:sz w:val="22"/>
                <w:szCs w:val="32"/>
              </w:rPr>
              <w:t>🎉</w:t>
            </w:r>
            <w:r w:rsidRPr="000F05AF">
              <w:rPr>
                <w:sz w:val="22"/>
                <w:szCs w:val="32"/>
                <w:lang w:val="es-ES"/>
              </w:rPr>
              <w:t xml:space="preserve"> </w:t>
            </w:r>
            <w:r w:rsidRPr="000F05AF">
              <w:rPr>
                <w:b/>
                <w:bCs/>
                <w:sz w:val="28"/>
                <w:szCs w:val="40"/>
                <w:lang w:val="es-ES"/>
              </w:rPr>
              <w:t>VENTAJAS PARA SOCIOS/AS</w:t>
            </w:r>
            <w:r w:rsidRPr="000F05AF">
              <w:rPr>
                <w:sz w:val="22"/>
                <w:szCs w:val="32"/>
                <w:lang w:val="es-ES"/>
              </w:rPr>
              <w:br/>
              <w:t>• Precios especiales en extraescolares</w:t>
            </w:r>
            <w:r w:rsidRPr="000F05AF">
              <w:rPr>
                <w:sz w:val="22"/>
                <w:szCs w:val="32"/>
                <w:lang w:val="es-ES"/>
              </w:rPr>
              <w:br/>
              <w:t>• Fiestas y excursiones</w:t>
            </w:r>
            <w:r w:rsidRPr="000F05AF">
              <w:rPr>
                <w:sz w:val="22"/>
                <w:szCs w:val="32"/>
                <w:lang w:val="es-ES"/>
              </w:rPr>
              <w:br/>
              <w:t>• Concursos y sorteos</w:t>
            </w:r>
            <w:r w:rsidRPr="000F05AF">
              <w:rPr>
                <w:sz w:val="22"/>
                <w:szCs w:val="32"/>
                <w:lang w:val="es-ES"/>
              </w:rPr>
              <w:br/>
              <w:t>• Graduaciones</w:t>
            </w:r>
            <w:r w:rsidRPr="000F05AF">
              <w:rPr>
                <w:sz w:val="22"/>
                <w:szCs w:val="32"/>
                <w:lang w:val="es-ES"/>
              </w:rPr>
              <w:br/>
              <w:t>• Agenda escolar GRATUITA para Primaria</w:t>
            </w:r>
            <w:r w:rsidRPr="000F05AF">
              <w:rPr>
                <w:sz w:val="22"/>
                <w:szCs w:val="32"/>
                <w:lang w:val="es-ES"/>
              </w:rPr>
              <w:br/>
              <w:t>• Regalo de bienvenida para nuevos socios de Infantil</w:t>
            </w:r>
          </w:p>
        </w:tc>
        <w:tc>
          <w:tcPr>
            <w:tcW w:w="6383" w:type="dxa"/>
            <w:shd w:val="clear" w:color="auto" w:fill="F3F7FB"/>
            <w:vAlign w:val="center"/>
          </w:tcPr>
          <w:p w14:paraId="58397A4E" w14:textId="77777777" w:rsidR="000F05AF" w:rsidRPr="000F05AF" w:rsidRDefault="000F05AF" w:rsidP="00C83C6E">
            <w:pPr>
              <w:spacing w:after="0"/>
              <w:rPr>
                <w:sz w:val="22"/>
                <w:szCs w:val="32"/>
                <w:lang w:val="es-ES"/>
              </w:rPr>
            </w:pPr>
          </w:p>
          <w:p w14:paraId="1CDDCC98" w14:textId="77777777" w:rsidR="006C71B5" w:rsidRDefault="000F05AF" w:rsidP="00C83C6E">
            <w:pPr>
              <w:spacing w:after="0"/>
              <w:rPr>
                <w:sz w:val="22"/>
                <w:szCs w:val="32"/>
                <w:lang w:val="es-ES"/>
              </w:rPr>
            </w:pPr>
            <w:r w:rsidRPr="000F05AF">
              <w:rPr>
                <w:sz w:val="22"/>
                <w:szCs w:val="32"/>
              </w:rPr>
              <w:t>💳</w:t>
            </w:r>
            <w:r w:rsidRPr="000F05AF">
              <w:rPr>
                <w:sz w:val="22"/>
                <w:szCs w:val="32"/>
                <w:lang w:val="es-ES"/>
              </w:rPr>
              <w:t xml:space="preserve"> </w:t>
            </w:r>
            <w:r w:rsidRPr="000F05AF">
              <w:rPr>
                <w:b/>
                <w:bCs/>
                <w:sz w:val="24"/>
                <w:szCs w:val="36"/>
                <w:lang w:val="es-ES"/>
              </w:rPr>
              <w:t>¿</w:t>
            </w:r>
            <w:r w:rsidRPr="000F05AF">
              <w:rPr>
                <w:b/>
                <w:bCs/>
                <w:sz w:val="28"/>
                <w:szCs w:val="40"/>
                <w:lang w:val="es-ES"/>
              </w:rPr>
              <w:t>CÓMO PAGAR?</w:t>
            </w:r>
            <w:r w:rsidRPr="000F05AF">
              <w:rPr>
                <w:sz w:val="24"/>
                <w:szCs w:val="36"/>
                <w:lang w:val="es-ES"/>
              </w:rPr>
              <w:br/>
            </w:r>
            <w:r w:rsidRPr="000F05AF">
              <w:rPr>
                <w:sz w:val="22"/>
                <w:szCs w:val="32"/>
                <w:lang w:val="es-ES"/>
              </w:rPr>
              <w:t>CAIXA POPULAR</w:t>
            </w:r>
            <w:r w:rsidRPr="000F05AF">
              <w:rPr>
                <w:sz w:val="22"/>
                <w:szCs w:val="32"/>
                <w:lang w:val="es-ES"/>
              </w:rPr>
              <w:br/>
              <w:t>IBAN: ES14 3159 0003 19 1662389426</w:t>
            </w:r>
          </w:p>
          <w:p w14:paraId="11C8D443" w14:textId="77777777" w:rsidR="006C71B5" w:rsidRDefault="006C71B5" w:rsidP="00C83C6E">
            <w:pPr>
              <w:spacing w:after="0"/>
              <w:rPr>
                <w:sz w:val="20"/>
                <w:szCs w:val="28"/>
                <w:lang w:val="es-ES"/>
              </w:rPr>
            </w:pPr>
          </w:p>
          <w:p w14:paraId="414077FF" w14:textId="77777777" w:rsidR="005E4AD4" w:rsidRDefault="000F05AF" w:rsidP="00C83C6E">
            <w:pPr>
              <w:spacing w:after="0"/>
              <w:rPr>
                <w:sz w:val="20"/>
                <w:szCs w:val="28"/>
                <w:lang w:val="es-ES"/>
              </w:rPr>
            </w:pPr>
            <w:r w:rsidRPr="006C71B5">
              <w:rPr>
                <w:sz w:val="20"/>
                <w:szCs w:val="28"/>
                <w:lang w:val="es-ES"/>
              </w:rPr>
              <w:t>TRANSFERENCIA O INGRESO EN CAJERO</w:t>
            </w:r>
          </w:p>
          <w:p w14:paraId="3015DE33" w14:textId="614851FE" w:rsidR="000F05AF" w:rsidRPr="000F05AF" w:rsidRDefault="000F05AF" w:rsidP="00C83C6E">
            <w:pPr>
              <w:spacing w:after="0"/>
              <w:rPr>
                <w:sz w:val="22"/>
                <w:szCs w:val="32"/>
                <w:lang w:val="es-ES"/>
              </w:rPr>
            </w:pPr>
            <w:r w:rsidRPr="006C71B5">
              <w:rPr>
                <w:sz w:val="20"/>
                <w:szCs w:val="28"/>
                <w:lang w:val="es-ES"/>
              </w:rPr>
              <w:t>❌ NO SE ADMITE EFECTIVO</w:t>
            </w:r>
            <w:r w:rsidRPr="000F05AF">
              <w:rPr>
                <w:sz w:val="22"/>
                <w:szCs w:val="32"/>
                <w:lang w:val="es-ES"/>
              </w:rPr>
              <w:br/>
              <w:t>Concepto: NOMBRE DEL ALUMN@ (uno solo si hay hermanos) + CURSO 2026-2027</w:t>
            </w:r>
          </w:p>
        </w:tc>
      </w:tr>
    </w:tbl>
    <w:p w14:paraId="3B80B920" w14:textId="77777777" w:rsidR="0042773E" w:rsidRPr="000F05AF" w:rsidRDefault="007C1CD5" w:rsidP="006C71B5">
      <w:pPr>
        <w:spacing w:before="80" w:after="40"/>
        <w:rPr>
          <w:sz w:val="18"/>
          <w:szCs w:val="24"/>
        </w:rPr>
      </w:pPr>
      <w:r w:rsidRPr="000F05AF">
        <w:rPr>
          <w:b/>
          <w:sz w:val="28"/>
          <w:szCs w:val="24"/>
        </w:rPr>
        <w:t>📝</w:t>
      </w:r>
      <w:r w:rsidRPr="000F05AF">
        <w:rPr>
          <w:b/>
          <w:sz w:val="28"/>
          <w:szCs w:val="24"/>
        </w:rPr>
        <w:t xml:space="preserve"> FICHA DE INSCRIPCIÓN</w:t>
      </w:r>
    </w:p>
    <w:tbl>
      <w:tblPr>
        <w:tblW w:w="0" w:type="auto"/>
        <w:jc w:val="center"/>
        <w:tblBorders>
          <w:top w:val="single" w:sz="8" w:space="0" w:color="B7C9E2"/>
          <w:left w:val="single" w:sz="8" w:space="0" w:color="B7C9E2"/>
          <w:bottom w:val="single" w:sz="8" w:space="0" w:color="B7C9E2"/>
          <w:right w:val="single" w:sz="8" w:space="0" w:color="B7C9E2"/>
          <w:insideH w:val="single" w:sz="8" w:space="0" w:color="B7C9E2"/>
          <w:insideV w:val="single" w:sz="8" w:space="0" w:color="B7C9E2"/>
        </w:tblBorders>
        <w:tblLook w:val="04A0" w:firstRow="1" w:lastRow="0" w:firstColumn="1" w:lastColumn="0" w:noHBand="0" w:noVBand="1"/>
      </w:tblPr>
      <w:tblGrid>
        <w:gridCol w:w="3402"/>
        <w:gridCol w:w="7930"/>
      </w:tblGrid>
      <w:tr w:rsidR="0042773E" w:rsidRPr="000F05AF" w14:paraId="623BF198" w14:textId="77777777" w:rsidTr="000F05AF">
        <w:trPr>
          <w:jc w:val="center"/>
        </w:trPr>
        <w:tc>
          <w:tcPr>
            <w:tcW w:w="3402" w:type="dxa"/>
            <w:shd w:val="clear" w:color="auto" w:fill="E9F1F8"/>
            <w:vAlign w:val="center"/>
          </w:tcPr>
          <w:p w14:paraId="544AE69A" w14:textId="77777777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r w:rsidRPr="000F05AF">
              <w:rPr>
                <w:b/>
                <w:sz w:val="22"/>
                <w:szCs w:val="32"/>
              </w:rPr>
              <w:t>PADRE / TUTOR</w:t>
            </w:r>
          </w:p>
        </w:tc>
        <w:tc>
          <w:tcPr>
            <w:tcW w:w="7930" w:type="dxa"/>
            <w:vAlign w:val="center"/>
          </w:tcPr>
          <w:p w14:paraId="587D83F3" w14:textId="32AC9F25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proofErr w:type="spellStart"/>
            <w:r w:rsidRPr="000F05AF">
              <w:rPr>
                <w:sz w:val="22"/>
                <w:szCs w:val="32"/>
              </w:rPr>
              <w:t>Apellidos</w:t>
            </w:r>
            <w:proofErr w:type="spellEnd"/>
            <w:r w:rsidRPr="000F05AF">
              <w:rPr>
                <w:sz w:val="22"/>
                <w:szCs w:val="32"/>
              </w:rPr>
              <w:t xml:space="preserve"> y </w:t>
            </w:r>
            <w:proofErr w:type="spellStart"/>
            <w:r w:rsidRPr="000F05AF">
              <w:rPr>
                <w:sz w:val="22"/>
                <w:szCs w:val="32"/>
              </w:rPr>
              <w:t>nombre</w:t>
            </w:r>
            <w:proofErr w:type="spellEnd"/>
            <w:r w:rsidRPr="000F05AF">
              <w:rPr>
                <w:sz w:val="22"/>
                <w:szCs w:val="32"/>
              </w:rPr>
              <w:t>: 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____________________________</w:t>
            </w:r>
            <w:r w:rsidRPr="000F05AF">
              <w:rPr>
                <w:sz w:val="22"/>
                <w:szCs w:val="32"/>
              </w:rPr>
              <w:br/>
            </w:r>
            <w:proofErr w:type="spellStart"/>
            <w:r w:rsidRPr="000F05AF">
              <w:rPr>
                <w:sz w:val="22"/>
                <w:szCs w:val="32"/>
              </w:rPr>
              <w:t>Móvil</w:t>
            </w:r>
            <w:proofErr w:type="spellEnd"/>
            <w:r w:rsidRPr="000F05AF">
              <w:rPr>
                <w:sz w:val="22"/>
                <w:szCs w:val="32"/>
              </w:rPr>
              <w:t>: 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_________________________________________________</w:t>
            </w:r>
          </w:p>
        </w:tc>
      </w:tr>
      <w:tr w:rsidR="0042773E" w:rsidRPr="000F05AF" w14:paraId="63AFF004" w14:textId="77777777" w:rsidTr="000F05AF">
        <w:trPr>
          <w:jc w:val="center"/>
        </w:trPr>
        <w:tc>
          <w:tcPr>
            <w:tcW w:w="3402" w:type="dxa"/>
            <w:shd w:val="clear" w:color="auto" w:fill="E9F1F8"/>
            <w:vAlign w:val="center"/>
          </w:tcPr>
          <w:p w14:paraId="30B038C6" w14:textId="77777777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r w:rsidRPr="000F05AF">
              <w:rPr>
                <w:b/>
                <w:sz w:val="22"/>
                <w:szCs w:val="32"/>
              </w:rPr>
              <w:t>MADRE / TUTORA</w:t>
            </w:r>
          </w:p>
        </w:tc>
        <w:tc>
          <w:tcPr>
            <w:tcW w:w="7930" w:type="dxa"/>
            <w:vAlign w:val="center"/>
          </w:tcPr>
          <w:p w14:paraId="737ED4A0" w14:textId="22D0CD80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proofErr w:type="spellStart"/>
            <w:r w:rsidRPr="000F05AF">
              <w:rPr>
                <w:sz w:val="22"/>
                <w:szCs w:val="32"/>
              </w:rPr>
              <w:t>Apellidos</w:t>
            </w:r>
            <w:proofErr w:type="spellEnd"/>
            <w:r w:rsidRPr="000F05AF">
              <w:rPr>
                <w:sz w:val="22"/>
                <w:szCs w:val="32"/>
              </w:rPr>
              <w:t xml:space="preserve"> y </w:t>
            </w:r>
            <w:proofErr w:type="spellStart"/>
            <w:r w:rsidRPr="000F05AF">
              <w:rPr>
                <w:sz w:val="22"/>
                <w:szCs w:val="32"/>
              </w:rPr>
              <w:t>nombre</w:t>
            </w:r>
            <w:proofErr w:type="spellEnd"/>
            <w:r w:rsidRPr="000F05AF">
              <w:rPr>
                <w:sz w:val="22"/>
                <w:szCs w:val="32"/>
              </w:rPr>
              <w:t>: 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____________________________</w:t>
            </w:r>
            <w:r w:rsidRPr="000F05AF">
              <w:rPr>
                <w:sz w:val="22"/>
                <w:szCs w:val="32"/>
              </w:rPr>
              <w:br/>
            </w:r>
            <w:proofErr w:type="spellStart"/>
            <w:r w:rsidRPr="000F05AF">
              <w:rPr>
                <w:sz w:val="22"/>
                <w:szCs w:val="32"/>
              </w:rPr>
              <w:t>Móvil</w:t>
            </w:r>
            <w:proofErr w:type="spellEnd"/>
            <w:r w:rsidRPr="000F05AF">
              <w:rPr>
                <w:sz w:val="22"/>
                <w:szCs w:val="32"/>
              </w:rPr>
              <w:t>: 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_________________________________________________</w:t>
            </w:r>
          </w:p>
        </w:tc>
      </w:tr>
      <w:tr w:rsidR="0042773E" w:rsidRPr="000F05AF" w14:paraId="609AFCA9" w14:textId="77777777" w:rsidTr="000F05AF">
        <w:trPr>
          <w:jc w:val="center"/>
        </w:trPr>
        <w:tc>
          <w:tcPr>
            <w:tcW w:w="3402" w:type="dxa"/>
            <w:shd w:val="clear" w:color="auto" w:fill="E9F1F8"/>
            <w:vAlign w:val="center"/>
          </w:tcPr>
          <w:p w14:paraId="6F97A6E3" w14:textId="77777777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r w:rsidRPr="000F05AF">
              <w:rPr>
                <w:b/>
                <w:sz w:val="22"/>
                <w:szCs w:val="32"/>
              </w:rPr>
              <w:t>CONTACTO</w:t>
            </w:r>
          </w:p>
        </w:tc>
        <w:tc>
          <w:tcPr>
            <w:tcW w:w="7930" w:type="dxa"/>
            <w:vAlign w:val="center"/>
          </w:tcPr>
          <w:p w14:paraId="27EA3FB6" w14:textId="77777777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r w:rsidRPr="000F05AF">
              <w:rPr>
                <w:sz w:val="22"/>
                <w:szCs w:val="32"/>
              </w:rPr>
              <w:t>E-mail: ______________________________________</w:t>
            </w:r>
          </w:p>
        </w:tc>
      </w:tr>
      <w:tr w:rsidR="0042773E" w:rsidRPr="005E4AD4" w14:paraId="2A68615B" w14:textId="77777777" w:rsidTr="000F05AF">
        <w:trPr>
          <w:jc w:val="center"/>
        </w:trPr>
        <w:tc>
          <w:tcPr>
            <w:tcW w:w="3402" w:type="dxa"/>
            <w:shd w:val="clear" w:color="auto" w:fill="E9F1F8"/>
            <w:vAlign w:val="center"/>
          </w:tcPr>
          <w:p w14:paraId="34DBCD8A" w14:textId="77777777" w:rsidR="0042773E" w:rsidRPr="000F05AF" w:rsidRDefault="007C1CD5">
            <w:pPr>
              <w:spacing w:after="0"/>
              <w:rPr>
                <w:sz w:val="22"/>
                <w:szCs w:val="32"/>
              </w:rPr>
            </w:pPr>
            <w:r w:rsidRPr="000F05AF">
              <w:rPr>
                <w:b/>
                <w:sz w:val="22"/>
                <w:szCs w:val="32"/>
              </w:rPr>
              <w:t>HIJOS/AS MATRICULADOS/AS</w:t>
            </w:r>
          </w:p>
        </w:tc>
        <w:tc>
          <w:tcPr>
            <w:tcW w:w="7930" w:type="dxa"/>
            <w:vAlign w:val="center"/>
          </w:tcPr>
          <w:p w14:paraId="6F69016B" w14:textId="294B68B6" w:rsidR="0042773E" w:rsidRPr="000F05AF" w:rsidRDefault="007C1CD5">
            <w:pPr>
              <w:spacing w:after="0"/>
              <w:rPr>
                <w:sz w:val="22"/>
                <w:szCs w:val="32"/>
                <w:lang w:val="es-ES"/>
              </w:rPr>
            </w:pPr>
            <w:r w:rsidRPr="000F05AF">
              <w:rPr>
                <w:sz w:val="22"/>
                <w:szCs w:val="32"/>
                <w:lang w:val="es-ES"/>
              </w:rPr>
              <w:t>1º: _____________________________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</w:t>
            </w:r>
            <w:r w:rsidRPr="000F05AF">
              <w:rPr>
                <w:sz w:val="22"/>
                <w:szCs w:val="32"/>
                <w:lang w:val="es-ES"/>
              </w:rPr>
              <w:t>_ Curso: ______</w:t>
            </w:r>
            <w:r w:rsidR="000F05AF" w:rsidRPr="000F05AF">
              <w:rPr>
                <w:sz w:val="22"/>
                <w:szCs w:val="32"/>
                <w:lang w:val="es-ES"/>
              </w:rPr>
              <w:t>____________</w:t>
            </w:r>
            <w:r w:rsidRPr="000F05AF">
              <w:rPr>
                <w:sz w:val="22"/>
                <w:szCs w:val="32"/>
                <w:lang w:val="es-ES"/>
              </w:rPr>
              <w:br/>
              <w:t>2º: _____________________________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_________________ Curso</w:t>
            </w:r>
            <w:r w:rsidRPr="000F05AF">
              <w:rPr>
                <w:sz w:val="22"/>
                <w:szCs w:val="32"/>
                <w:lang w:val="es-ES"/>
              </w:rPr>
              <w:t>: ______</w:t>
            </w:r>
            <w:r w:rsidR="000F05AF" w:rsidRPr="000F05AF">
              <w:rPr>
                <w:sz w:val="22"/>
                <w:szCs w:val="32"/>
                <w:lang w:val="es-ES"/>
              </w:rPr>
              <w:t>____________</w:t>
            </w:r>
            <w:r w:rsidRPr="000F05AF">
              <w:rPr>
                <w:sz w:val="22"/>
                <w:szCs w:val="32"/>
                <w:lang w:val="es-ES"/>
              </w:rPr>
              <w:br/>
              <w:t>3º: ___________________________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</w:t>
            </w:r>
            <w:r w:rsidRPr="000F05AF">
              <w:rPr>
                <w:sz w:val="22"/>
                <w:szCs w:val="32"/>
                <w:lang w:val="es-ES"/>
              </w:rPr>
              <w:t>___ Curso: ______</w:t>
            </w:r>
            <w:r w:rsidR="000F05AF" w:rsidRPr="000F05AF">
              <w:rPr>
                <w:sz w:val="22"/>
                <w:szCs w:val="32"/>
                <w:lang w:val="es-ES"/>
              </w:rPr>
              <w:t>____________</w:t>
            </w:r>
            <w:r w:rsidRPr="000F05AF">
              <w:rPr>
                <w:sz w:val="22"/>
                <w:szCs w:val="32"/>
                <w:lang w:val="es-ES"/>
              </w:rPr>
              <w:br/>
              <w:t>4º: ___________________________</w:t>
            </w:r>
            <w:r w:rsidR="000F05AF" w:rsidRPr="000F05AF">
              <w:rPr>
                <w:sz w:val="22"/>
                <w:szCs w:val="32"/>
                <w:lang w:val="es-ES"/>
              </w:rPr>
              <w:t>________________</w:t>
            </w:r>
            <w:r w:rsidRPr="000F05AF">
              <w:rPr>
                <w:sz w:val="22"/>
                <w:szCs w:val="32"/>
                <w:lang w:val="es-ES"/>
              </w:rPr>
              <w:t>___ Curso: ______</w:t>
            </w:r>
            <w:r w:rsidR="000F05AF" w:rsidRPr="000F05AF">
              <w:rPr>
                <w:sz w:val="22"/>
                <w:szCs w:val="32"/>
                <w:lang w:val="es-ES"/>
              </w:rPr>
              <w:t>____________</w:t>
            </w:r>
          </w:p>
        </w:tc>
      </w:tr>
    </w:tbl>
    <w:p w14:paraId="415103E0" w14:textId="77777777" w:rsidR="000F05AF" w:rsidRDefault="007C1CD5">
      <w:pPr>
        <w:spacing w:before="60" w:after="40"/>
        <w:rPr>
          <w:sz w:val="22"/>
          <w:szCs w:val="32"/>
          <w:lang w:val="es-ES"/>
        </w:rPr>
      </w:pPr>
      <w:r w:rsidRPr="000F05AF">
        <w:rPr>
          <w:b/>
          <w:sz w:val="22"/>
          <w:szCs w:val="32"/>
        </w:rPr>
        <w:t>📍</w:t>
      </w:r>
      <w:r w:rsidRPr="000F05AF">
        <w:rPr>
          <w:b/>
          <w:sz w:val="22"/>
          <w:szCs w:val="32"/>
          <w:lang w:val="es-ES"/>
        </w:rPr>
        <w:t xml:space="preserve"> ENTREGA DE LA </w:t>
      </w:r>
      <w:r w:rsidR="000F05AF" w:rsidRPr="000F05AF">
        <w:rPr>
          <w:b/>
          <w:sz w:val="22"/>
          <w:szCs w:val="32"/>
          <w:lang w:val="es-ES"/>
        </w:rPr>
        <w:t>FICHA</w:t>
      </w:r>
      <w:r w:rsidR="000F05AF" w:rsidRPr="000F05AF">
        <w:rPr>
          <w:sz w:val="22"/>
          <w:szCs w:val="32"/>
          <w:lang w:val="es-ES"/>
        </w:rPr>
        <w:t xml:space="preserve"> </w:t>
      </w:r>
    </w:p>
    <w:p w14:paraId="016BA0BA" w14:textId="3F3076F9" w:rsidR="0042773E" w:rsidRPr="000F05AF" w:rsidRDefault="000F05AF">
      <w:pPr>
        <w:spacing w:before="60" w:after="40"/>
        <w:rPr>
          <w:sz w:val="22"/>
          <w:szCs w:val="32"/>
          <w:lang w:val="es-ES"/>
        </w:rPr>
      </w:pPr>
      <w:r w:rsidRPr="000F05AF">
        <w:rPr>
          <w:sz w:val="22"/>
          <w:szCs w:val="32"/>
          <w:lang w:val="es-ES"/>
        </w:rPr>
        <w:t>Entregar</w:t>
      </w:r>
      <w:r w:rsidR="007C1CD5" w:rsidRPr="000F05AF">
        <w:rPr>
          <w:sz w:val="22"/>
          <w:szCs w:val="32"/>
          <w:lang w:val="es-ES"/>
        </w:rPr>
        <w:t xml:space="preserve"> la ficha cumplimentada junto con el justificante de pago en el porche del colegio, en los días comunicados por los canales del AMPA.</w:t>
      </w:r>
    </w:p>
    <w:p w14:paraId="340DC4FF" w14:textId="5BA2A76B" w:rsidR="000F05AF" w:rsidRDefault="007C1CD5">
      <w:pPr>
        <w:spacing w:after="40"/>
        <w:rPr>
          <w:sz w:val="22"/>
          <w:szCs w:val="32"/>
          <w:lang w:val="es-ES"/>
        </w:rPr>
      </w:pPr>
      <w:r w:rsidRPr="000F05AF">
        <w:rPr>
          <w:b/>
          <w:sz w:val="22"/>
          <w:szCs w:val="32"/>
        </w:rPr>
        <w:t>📣</w:t>
      </w:r>
      <w:r w:rsidRPr="000F05AF">
        <w:rPr>
          <w:b/>
          <w:sz w:val="22"/>
          <w:szCs w:val="32"/>
          <w:lang w:val="es-ES"/>
        </w:rPr>
        <w:t xml:space="preserve"> CONTACTO</w:t>
      </w:r>
      <w:r w:rsidRPr="000F05AF">
        <w:rPr>
          <w:sz w:val="22"/>
          <w:szCs w:val="32"/>
          <w:lang w:val="es-ES"/>
        </w:rPr>
        <w:t xml:space="preserve">  </w:t>
      </w:r>
    </w:p>
    <w:p w14:paraId="43DD3E2A" w14:textId="2F1F637E" w:rsidR="005E4AD4" w:rsidRDefault="007C1CD5" w:rsidP="005E4A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865"/>
        </w:tabs>
        <w:spacing w:after="40"/>
        <w:rPr>
          <w:sz w:val="22"/>
          <w:szCs w:val="32"/>
          <w:lang w:val="es-ES"/>
        </w:rPr>
      </w:pPr>
      <w:r w:rsidRPr="000F05AF">
        <w:rPr>
          <w:sz w:val="22"/>
          <w:szCs w:val="32"/>
          <w:lang w:val="es-ES"/>
        </w:rPr>
        <w:t xml:space="preserve">Web: ampamaestrosanchisalminano.es </w:t>
      </w:r>
      <w:r w:rsidR="005E4AD4">
        <w:rPr>
          <w:sz w:val="22"/>
          <w:szCs w:val="32"/>
          <w:lang w:val="es-ES"/>
        </w:rPr>
        <w:t xml:space="preserve">   </w:t>
      </w:r>
      <w:r w:rsidR="005E4AD4">
        <w:rPr>
          <w:sz w:val="22"/>
          <w:szCs w:val="32"/>
          <w:lang w:val="es-ES"/>
        </w:rPr>
        <w:tab/>
        <w:t xml:space="preserve">Únete al </w:t>
      </w:r>
      <w:r w:rsidR="005E4AD4" w:rsidRPr="005E4AD4">
        <w:rPr>
          <w:b/>
          <w:bCs/>
          <w:sz w:val="24"/>
          <w:szCs w:val="36"/>
          <w:lang w:val="es-ES"/>
        </w:rPr>
        <w:t xml:space="preserve">grupo </w:t>
      </w:r>
      <w:proofErr w:type="spellStart"/>
      <w:r w:rsidR="005E4AD4" w:rsidRPr="005E4AD4">
        <w:rPr>
          <w:b/>
          <w:bCs/>
          <w:sz w:val="24"/>
          <w:szCs w:val="36"/>
          <w:lang w:val="es-ES"/>
        </w:rPr>
        <w:t>whatsap</w:t>
      </w:r>
      <w:r w:rsidR="005E4AD4" w:rsidRPr="005E4AD4">
        <w:rPr>
          <w:b/>
          <w:bCs/>
          <w:sz w:val="24"/>
          <w:szCs w:val="36"/>
          <w:lang w:val="es-ES"/>
        </w:rPr>
        <w:t>p</w:t>
      </w:r>
      <w:proofErr w:type="spellEnd"/>
      <w:r w:rsidR="005E4AD4" w:rsidRPr="005E4AD4">
        <w:rPr>
          <w:b/>
          <w:bCs/>
          <w:sz w:val="24"/>
          <w:szCs w:val="36"/>
          <w:lang w:val="es-ES"/>
        </w:rPr>
        <w:t xml:space="preserve"> AMPA SANCHIS</w:t>
      </w:r>
      <w:r w:rsidR="005E4AD4">
        <w:rPr>
          <w:sz w:val="22"/>
          <w:szCs w:val="32"/>
          <w:lang w:val="es-ES"/>
        </w:rPr>
        <w:t>, escaneando este QR</w:t>
      </w:r>
    </w:p>
    <w:p w14:paraId="1901A9AF" w14:textId="6B960BA5" w:rsidR="0042773E" w:rsidRDefault="005E4AD4">
      <w:pPr>
        <w:spacing w:after="40"/>
        <w:rPr>
          <w:sz w:val="22"/>
          <w:szCs w:val="32"/>
          <w:lang w:val="es-ES"/>
        </w:rPr>
      </w:pPr>
      <w:r w:rsidRPr="005E4AD4">
        <w:rPr>
          <w:sz w:val="22"/>
          <w:szCs w:val="32"/>
          <w:lang w:val="es-ES"/>
        </w:rPr>
        <w:drawing>
          <wp:anchor distT="0" distB="0" distL="114300" distR="114300" simplePos="0" relativeHeight="251660288" behindDoc="1" locked="0" layoutInCell="1" allowOverlap="1" wp14:anchorId="52BDF67C" wp14:editId="3128E3BB">
            <wp:simplePos x="0" y="0"/>
            <wp:positionH relativeFrom="column">
              <wp:posOffset>4112260</wp:posOffset>
            </wp:positionH>
            <wp:positionV relativeFrom="paragraph">
              <wp:posOffset>114935</wp:posOffset>
            </wp:positionV>
            <wp:extent cx="692150" cy="714375"/>
            <wp:effectExtent l="0" t="0" r="0" b="9525"/>
            <wp:wrapNone/>
            <wp:docPr id="10149272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272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2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1CD5" w:rsidRPr="000F05AF">
        <w:rPr>
          <w:sz w:val="22"/>
          <w:szCs w:val="32"/>
          <w:lang w:val="es-ES"/>
        </w:rPr>
        <w:t xml:space="preserve">Email: </w:t>
      </w:r>
      <w:hyperlink r:id="rId9" w:history="1">
        <w:r w:rsidRPr="00662A00">
          <w:rPr>
            <w:rStyle w:val="Hipervnculo"/>
            <w:sz w:val="22"/>
            <w:szCs w:val="32"/>
            <w:lang w:val="es-ES"/>
          </w:rPr>
          <w:t>sanchisampa@gmail.com</w:t>
        </w:r>
      </w:hyperlink>
      <w:r w:rsidR="006C71B5">
        <w:rPr>
          <w:sz w:val="22"/>
          <w:szCs w:val="32"/>
          <w:lang w:val="es-ES"/>
        </w:rPr>
        <w:tab/>
      </w:r>
      <w:r w:rsidR="007C1CD5" w:rsidRPr="000F05AF">
        <w:rPr>
          <w:sz w:val="22"/>
          <w:szCs w:val="32"/>
          <w:lang w:val="es-ES"/>
        </w:rPr>
        <w:br/>
        <w:t xml:space="preserve">   </w:t>
      </w:r>
    </w:p>
    <w:p w14:paraId="0D338863" w14:textId="77777777" w:rsidR="005E4AD4" w:rsidRDefault="005E4AD4">
      <w:pPr>
        <w:spacing w:after="40"/>
        <w:rPr>
          <w:sz w:val="22"/>
          <w:szCs w:val="32"/>
          <w:lang w:val="es-ES"/>
        </w:rPr>
      </w:pPr>
    </w:p>
    <w:p w14:paraId="6E54AB10" w14:textId="5201E8B2" w:rsidR="005E4AD4" w:rsidRPr="000F05AF" w:rsidRDefault="005E4AD4">
      <w:pPr>
        <w:spacing w:after="40"/>
        <w:rPr>
          <w:sz w:val="22"/>
          <w:szCs w:val="32"/>
          <w:lang w:val="es-ES"/>
        </w:rPr>
      </w:pPr>
    </w:p>
    <w:p w14:paraId="6FD75532" w14:textId="77777777" w:rsidR="0042773E" w:rsidRPr="000F05AF" w:rsidRDefault="007C1CD5">
      <w:pPr>
        <w:spacing w:before="40" w:after="20"/>
        <w:rPr>
          <w:sz w:val="20"/>
          <w:szCs w:val="28"/>
          <w:lang w:val="es-ES"/>
        </w:rPr>
      </w:pPr>
      <w:r w:rsidRPr="000F05AF">
        <w:rPr>
          <w:b/>
          <w:sz w:val="22"/>
          <w:szCs w:val="32"/>
          <w:lang w:val="es-ES"/>
        </w:rPr>
        <w:t>PROTECCIÓN DE DATOS Y CONSENTIMIENTO</w:t>
      </w:r>
    </w:p>
    <w:p w14:paraId="32EC5477" w14:textId="77777777" w:rsidR="0042773E" w:rsidRPr="000F05AF" w:rsidRDefault="007C1CD5">
      <w:pPr>
        <w:spacing w:after="20"/>
        <w:rPr>
          <w:sz w:val="20"/>
          <w:szCs w:val="28"/>
          <w:lang w:val="es-ES"/>
        </w:rPr>
      </w:pPr>
      <w:r w:rsidRPr="000F05AF">
        <w:rPr>
          <w:sz w:val="20"/>
          <w:szCs w:val="28"/>
          <w:lang w:val="es-ES"/>
        </w:rPr>
        <w:t xml:space="preserve">Los datos facilitados serán tratados por el AMPA Sanchís </w:t>
      </w:r>
      <w:proofErr w:type="spellStart"/>
      <w:r w:rsidRPr="000F05AF">
        <w:rPr>
          <w:sz w:val="20"/>
          <w:szCs w:val="28"/>
          <w:lang w:val="es-ES"/>
        </w:rPr>
        <w:t>Almiñano</w:t>
      </w:r>
      <w:proofErr w:type="spellEnd"/>
      <w:r w:rsidRPr="000F05AF">
        <w:rPr>
          <w:sz w:val="20"/>
          <w:szCs w:val="28"/>
          <w:lang w:val="es-ES"/>
        </w:rPr>
        <w:t xml:space="preserve"> para gestionar la inscripción y mantener informadas a las familias sobre la actividad de la asociación. Para ejercer derechos sobre los datos: contacto@ampamaestrosanchisalminano.es.</w:t>
      </w:r>
    </w:p>
    <w:p w14:paraId="2F712DAD" w14:textId="77777777" w:rsidR="0042773E" w:rsidRPr="000F05AF" w:rsidRDefault="007C1CD5">
      <w:pPr>
        <w:spacing w:after="20"/>
        <w:rPr>
          <w:sz w:val="20"/>
          <w:szCs w:val="28"/>
          <w:lang w:val="es-ES"/>
        </w:rPr>
      </w:pPr>
      <w:r w:rsidRPr="000F05AF">
        <w:rPr>
          <w:sz w:val="20"/>
          <w:szCs w:val="28"/>
          <w:lang w:val="es-ES"/>
        </w:rPr>
        <w:t>☐</w:t>
      </w:r>
      <w:r w:rsidRPr="000F05AF">
        <w:rPr>
          <w:sz w:val="20"/>
          <w:szCs w:val="28"/>
          <w:lang w:val="es-ES"/>
        </w:rPr>
        <w:t xml:space="preserve"> Doy mi consentimiento para la publicación de fotografías y vídeos de actividades del AMPA en la web, tanto míos como de mi(s) hijo/a(s).</w:t>
      </w:r>
    </w:p>
    <w:p w14:paraId="23F21486" w14:textId="77777777" w:rsidR="0042773E" w:rsidRPr="000F05AF" w:rsidRDefault="007C1CD5">
      <w:pPr>
        <w:spacing w:before="40" w:after="0"/>
        <w:jc w:val="center"/>
        <w:rPr>
          <w:lang w:val="es-ES"/>
        </w:rPr>
      </w:pPr>
      <w:r w:rsidRPr="000F05AF">
        <w:rPr>
          <w:b/>
          <w:sz w:val="22"/>
          <w:szCs w:val="32"/>
          <w:lang w:val="es-ES"/>
        </w:rPr>
        <w:t xml:space="preserve">FIRMADO EN ALAQUÀS, ______ de __________________ </w:t>
      </w:r>
      <w:proofErr w:type="spellStart"/>
      <w:r w:rsidRPr="000F05AF">
        <w:rPr>
          <w:b/>
          <w:sz w:val="22"/>
          <w:szCs w:val="32"/>
          <w:lang w:val="es-ES"/>
        </w:rPr>
        <w:t>de</w:t>
      </w:r>
      <w:proofErr w:type="spellEnd"/>
      <w:r w:rsidRPr="000F05AF">
        <w:rPr>
          <w:b/>
          <w:sz w:val="22"/>
          <w:szCs w:val="32"/>
          <w:lang w:val="es-ES"/>
        </w:rPr>
        <w:t xml:space="preserve"> 2026     Firma: ______________________________</w:t>
      </w:r>
    </w:p>
    <w:sectPr w:rsidR="0042773E" w:rsidRPr="000F05AF" w:rsidSect="00034616">
      <w:pgSz w:w="12240" w:h="15840"/>
      <w:pgMar w:top="397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3419668">
    <w:abstractNumId w:val="8"/>
  </w:num>
  <w:num w:numId="2" w16cid:durableId="648557280">
    <w:abstractNumId w:val="6"/>
  </w:num>
  <w:num w:numId="3" w16cid:durableId="1003045515">
    <w:abstractNumId w:val="5"/>
  </w:num>
  <w:num w:numId="4" w16cid:durableId="1931425323">
    <w:abstractNumId w:val="4"/>
  </w:num>
  <w:num w:numId="5" w16cid:durableId="1926497941">
    <w:abstractNumId w:val="7"/>
  </w:num>
  <w:num w:numId="6" w16cid:durableId="1512722658">
    <w:abstractNumId w:val="3"/>
  </w:num>
  <w:num w:numId="7" w16cid:durableId="258105842">
    <w:abstractNumId w:val="2"/>
  </w:num>
  <w:num w:numId="8" w16cid:durableId="1547176400">
    <w:abstractNumId w:val="1"/>
  </w:num>
  <w:num w:numId="9" w16cid:durableId="85165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5AF"/>
    <w:rsid w:val="0015074B"/>
    <w:rsid w:val="0029639D"/>
    <w:rsid w:val="00326F90"/>
    <w:rsid w:val="003C0BD0"/>
    <w:rsid w:val="0042773E"/>
    <w:rsid w:val="005E4AD4"/>
    <w:rsid w:val="006C71B5"/>
    <w:rsid w:val="008709D6"/>
    <w:rsid w:val="008753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3496A"/>
  <w14:defaultImageDpi w14:val="300"/>
  <w15:docId w15:val="{FEA93B56-E71E-4F09-9EEE-4FCABA12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inguno">
    <w:name w:val="Ninguno"/>
    <w:rsid w:val="000F05AF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6C71B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7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nchisamp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366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